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הפועל, תצורת השם, טיעון ורטוריקה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הפועל לשם הפעולה ולדעת להמיר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הדרכים ליצירת מילים חדשות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טענה, נימוק, עובדה ודעה ולזהות אמצעים רטוריים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התלמידים לומדים שש שעות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ראשי תיבות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שאלה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רעיון מרכזי הנתמך בנימוקים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לכתוב, לרוץ,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עצם, כמו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מדרחוב שנוצר ממדרכה ורחוב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הטענה היא הרעיון המרכזי, הנימוק מסביר ותומך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הם דרכים לשוניות שמשפיעות על הקהל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(הצורה הבסיסית של הפועל, מתחילה באות 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עצם המתאר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(חיבור של שתי מילים למילה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שנוצרת מהאות הראשונה של כמה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(מידע שאפשר לבדוק ולאמת)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ולאמת, דעה היא עמדה אישית שאי אפשר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התלמידים יתרכזו טוב יותר בשיעורים, ויהיה זמן לאכול ולנוח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שיש טענה ברורה, לפחות שני נימוקים, שימוש בלשון תקנית ומבנה פסקה מסודר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זיהוי נכון של זוג שם פועל-שם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שהדרך והדוגמה תואמות (הלחם, ראשי תיבות, צורן סופי או שורש ומשקל)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שם אמצעי רטורי מוכר כמו שאלה רטורית, חזרה או 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כבדיקה עצמית בסוף כל סבב מרכזונים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mc, tf ו-match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בכרטיסי העזר מהתחנות בזמן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הפועל, תצורת השם, טיעון ורטוריקה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היום עברתם בין מרכזוני לשון שונים: שם הפועל ושם הפעולה, תצורת השם, קריאת טיעון וכתיבה, ורטוריקה ודיבור. דף זה מרכז את עיקרי הדברים מכל המרכזונים.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שם הפעולה של הפועל "לכתוב"?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מהבאות היא עובדה ולא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 שלנו הכי טוב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התלמידים לומדים שש שעות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המורים נחמדים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ההפסקה קצרה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הדרך ליצירת המילה "מדרחוב"?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הדרך ליצירת המילה "צה"ל"?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צורן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האמצעי הרטורי במשפט "מי לא רוצה הפסקה ארוכה יותר?"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טענה טובה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מרכזי הנתמך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אישי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הוא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הלחם הוא חיבור של שתי מילים למילה אחת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אותו דבר כמו 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רטוריים משמשים כדי לשכנע את המאזין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הפעולה של הפועל "לקרוא"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"רמזור" נוצרה מהלחם של המילים רמז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ראשי התיבות של "צבא הגנה לישראל"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הרעיון המרכזי שהכותב רוצה לשכנע בו בפסקת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רטורית היא שאלה שאינה מצפה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 המתאר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הפעולה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 שאפשר לבדוק ולאמת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שנוצרת מהאות הראשונה של כמה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ראשי תיבות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הצורה הבסיסית של הפועל, מתחילה באות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חיבור של שתי מילים למילה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את ההבדל בין עובדה לדעה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נימוקים התומכים בטענה: כדאי להאריך את ההפסקה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(3-4 משפטים) בנושא שבחרתם, הכוללת טענה ולפחות שני נימוקים, במשלב תקני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לשם הפועל ושם הפעולה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ליצירת מילים חדשות בעברית עם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אמצעי רטורי אחד ששמעתם היום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הפועל, תצורת השם, טיעון ורטוריקה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