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הפועל, תצורת השם, טיעון ורטוריקה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שם הפועל לשם הפעולה ולדעת להמיר ביניהם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ארבע הדרכים ליצירת מילים חדשות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טענה, נימוק, עובדה ודעה ולזהות אמצעים רטוריים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התלמידים לומדים שש שעות ביום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הלחם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ראשי תיבות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שאלה רטורית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רעיון מרכזי הנתמך בנימוקים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כמו לכתוב, לרוץ, לקרוא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שם הפעולה הוא שם עצם, כמו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כמו מדרחוב שנוצר ממדרכה ורחוב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הטענה היא הרעיון המרכזי, הנימוק מסביר ותומך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הם דרכים לשוניות שמשפיעות על הקהל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צהל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תשובה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(הצורה הבסיסית של הפועל, מתחילה באות 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(שם עצם המתאר פעולה)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(חיבור של שתי מילים למילה חדשה)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(מילה שנוצרת מהאות הראשונה של כמה מילים)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(מידע שאפשר לבדוק ולאמת)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עובדה אפשר לבדוק ולאמת, דעה היא עמדה אישית שאי אפשר להוכיח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התלמידים יתרכזו טוב יותר בשיעורים, ויהיה זמן לאכול ולנוח בשקט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פסקת 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שיש טענה ברורה, לפחות שני נימוקים, שימוש בלשון תקנית ומבנה פסקה מסודר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בודקים זיהוי נכון של זוג שם פועל-שם 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בודקים שהדרך והדוגמה תואמות (הלחם, ראשי תיבות, צורן סופי או שורש ומשקל)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בודקים שם אמצעי רטורי מוכר כמו שאלה רטורית, חזרה או ניגוד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בדף כבדיקה עצמית בסוף כל סבב מרכזונים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מומלץ להתמקד בחלקי mc, tf ו-match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כדאי לאפשר שימוש בכרטיסי העזר מהתחנות בזמן מילוי הדף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הפועל, תצורת השם, טיעון ורטוריקה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היום למדתם בתחנות שונות על מילים בעברית ועל כתיבת טיעון. הדף הזה מסכם את מה שלמדתם.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הפועל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הצורה הבסיסית של הפועל, מתחילה באות ל, כמו לכתוב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הפעולה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עצם שמתאר פעולה, כמו כתיבה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צורן סופי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תוספת בסוף מילה שיוצרת מילה חדשה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הלחם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חדשה שנוצרת מחיבור שתי מילים, כמו מדרחוב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ראשי תיבות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שנוצרת מהאות הראשונה של כמה מילים, כמו צהל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טענה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הרעיון המרכזי שהכותב רוצה לשכנע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נימוק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שתומך בטענה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אמצעי רטורי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לשון שמשכנעת או משפיעה על המאזין, כמו שאלה רטורית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השם של הפעולה שעושה הפועל לכתוב?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משפט אפשר לבדוק ולאמת?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 הספר שלנו הכי טוב בעיר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התלמידים לומדים שש שעות ביום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המורים נחמדים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ההפסקה קצרה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נוצרה המילה מדרחוב?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ראשי תיבות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צורן 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שורש ומשקל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נוצרה המילה צהל?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ראשי תיבות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צורן 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שורש ומשקל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אמצעי לשוני יש במשפט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שאלה רטורית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גוזמה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איך נראית טענה טובה?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רעיון מרכזי הנתמך בנימוקים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תיאור אישי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שאלה פתוחה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מילים קשות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הפועל תמיד מתחיל באות 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הפעולה הוא שם תואר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הלחם הוא חיבור של שתי מילים למילה אחת חדשה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נימוק הוא אותו דבר כמו טענה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אמצעים רטוריים משמשים כדי לשכנע את המאזין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שם הפעולה של הפועל "לקרוא"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המילה "רמזור" נוצרה מהלחם של המילים רמז ו-__________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ראשי התיבות של "צבא הגנה לישראל" הם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הוא הרעיון המרכזי שהכותב רוצה לשכנע בו בפסקת 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שאלה רטורית היא שאלה שאינה מצפה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שם הפועל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שם עצם המתאר פעולה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שם הפעולה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מילה שנוצרת מהאות הראשונה של כמה מילים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הלחם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הצורה הבסיסית של הפועל, מתחילה באות 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ראשי תיבות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מידע שאפשר לבדוק ולאמת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עובדה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חיבור של שתי מילים למילה חדשה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במשפט אחד את ההבדל בין עובדה לדעה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שני נימוקים התומכים בטענה: כדאי להאריך את ההפסקה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כתיבת פסקת 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פסקת טיעון קצרה (3-4 משפטים) בנושא שבחרתם, הכוללת טענה ולפחות שני נימוקים, במשלב תקני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לשם הפועל ושם הפעולה שלו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דרך אחת ליצירת מילים חדשות בעברית עם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אמצעי רטורי אחד ששמעתם היום בכיתה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שם הפועל, תצורת השם, טיעון ורטוריקה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