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הפועל, תצורת השם, טיעון ורטוריקה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שם הפועל לשם הפעולה ולדעת להמיר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ארבע הדרכים ליצירת מילים חדשות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טענה, נימוק, עובדה ודעה ולזהות אמצעים רטוריים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התלמידים לומדים שש שעות ביום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לכתוב, לרוץ, לקרוא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הפעולה הוא שם עצם, כמו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צהל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(הצורה הבסיסית של הפועל, מתחילה באות 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(שם עצם המתאר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(חיבור של שתי מילים למילה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(מילה שנוצרת מהאות הראשונה של כמה מילים)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עובדה אפשר לבדוק ולאמת, דעה היא עמדה אישית שאי אפשר להוכיח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פסקת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שיש טענה ברורה, לפחות שני נימוקים, שימוש בלשון תקנית ומבנה פסקה מסודר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זיהוי נכון של זוג שם פועל-שם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שהדרך והדוגמה תואמות (הלחם, ראשי תיבות, צורן סופי או שורש ומשקל)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שם אמצעי רטורי מוכר כמו שאלה רטורית, חזרה או ניגוד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כבדיקה עצמית בסוף כל סבב מרכזונים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להתמקד בחלקי mc, tf ו-match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לאפשר שימוש בכרטיסי העזר מהתחנות בזמן מילוי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הפועל, תצורת השם, טיעון ורטוריקה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היום עברתם בין מרכזוני לשון שונים: שם הפועל ושם הפעולה, תצורת השם, קריאת טיעון וכתיבה, ורטוריקה ודיבור. דף זה מרכז את עיקרי הדברים מכל המרכזונים.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קריאה  ·  צהל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שם הפעולה של הפועל "לכתוב"?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מהבאות היא עובדה ולא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 הספר שלנו הכי טוב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התלמידים לומדים שש שעות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המורים נחמדים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הפועל תמיד מתחיל באות 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הפעולה הוא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שם הפעולה של הפועל "לקרוא"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ראשי התיבות של "צבא הגנה לישראל" הם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שם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חיבור של שתי מילים למילה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שם הפעולה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מילה שנוצרת מהאות הראשונה של כמה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שם עצם המתאר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ראשי תיבות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הצורה הבסיסית של הפועל, מתחילה באות 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במשפט אחד את ההבדל בין עובדה לדעה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פסקת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פסקת טיעון קצרה (3-4 משפטים) בנושא שבחרתם, הכוללת טענה ולפחות שני נימוקים, במשלב תקני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לשם הפועל ושם הפעולה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דרך אחת ליצירת מילים חדשות בעברית עם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הפועל, תצורת השם, טיעון ורטוריקה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